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F3D" w:rsidRPr="00C64577" w:rsidRDefault="00611F3D" w:rsidP="00C64577">
      <w:pPr>
        <w:pStyle w:val="Encabezado"/>
        <w:jc w:val="center"/>
        <w:rPr>
          <w:b/>
          <w:sz w:val="18"/>
          <w:szCs w:val="18"/>
          <w:lang w:val="es-CO"/>
        </w:rPr>
      </w:pPr>
      <w:r w:rsidRPr="00C64577">
        <w:rPr>
          <w:b/>
          <w:sz w:val="18"/>
          <w:szCs w:val="18"/>
          <w:lang w:val="es-CO"/>
        </w:rPr>
        <w:t>INSTITUCIÓN EDUCATIVA MARCO FIDEL SUÁREZ - MEDELLÍN</w:t>
      </w:r>
    </w:p>
    <w:p w:rsidR="00611F3D" w:rsidRPr="00C64577" w:rsidRDefault="00611F3D" w:rsidP="00C64577">
      <w:pPr>
        <w:pStyle w:val="Encabezado"/>
        <w:jc w:val="center"/>
        <w:rPr>
          <w:b/>
          <w:sz w:val="18"/>
          <w:szCs w:val="18"/>
          <w:lang w:val="es-CO"/>
        </w:rPr>
      </w:pPr>
      <w:r w:rsidRPr="00C64577">
        <w:rPr>
          <w:b/>
          <w:sz w:val="18"/>
          <w:szCs w:val="18"/>
          <w:lang w:val="es-CO"/>
        </w:rPr>
        <w:t>PLAN DE APOYO LENGUA CASTELLANA</w:t>
      </w:r>
    </w:p>
    <w:p w:rsidR="00611F3D" w:rsidRPr="00C64577" w:rsidRDefault="00611F3D" w:rsidP="00C64577">
      <w:pPr>
        <w:pStyle w:val="Encabezado"/>
        <w:jc w:val="center"/>
        <w:rPr>
          <w:b/>
          <w:sz w:val="18"/>
          <w:szCs w:val="18"/>
          <w:lang w:val="es-CO"/>
        </w:rPr>
      </w:pPr>
      <w:r w:rsidRPr="00C64577">
        <w:rPr>
          <w:b/>
          <w:sz w:val="18"/>
          <w:szCs w:val="18"/>
          <w:lang w:val="es-CO"/>
        </w:rPr>
        <w:t>PRIMER PERÍODO 9°</w:t>
      </w:r>
    </w:p>
    <w:p w:rsidR="00611F3D" w:rsidRPr="00C64577" w:rsidRDefault="00611F3D" w:rsidP="00C64577">
      <w:pPr>
        <w:pStyle w:val="Encabezado"/>
        <w:jc w:val="center"/>
        <w:rPr>
          <w:b/>
          <w:sz w:val="18"/>
          <w:szCs w:val="18"/>
          <w:lang w:val="es-CO"/>
        </w:rPr>
      </w:pPr>
      <w:r w:rsidRPr="00C64577">
        <w:rPr>
          <w:b/>
          <w:sz w:val="18"/>
          <w:szCs w:val="18"/>
          <w:lang w:val="es-CO"/>
        </w:rPr>
        <w:t>DOCENTE: MARCELA ZAPATA ROJAS</w:t>
      </w:r>
    </w:p>
    <w:p w:rsidR="00611F3D" w:rsidRPr="00C64577" w:rsidRDefault="00611F3D" w:rsidP="00C64577">
      <w:pPr>
        <w:pStyle w:val="Encabezado"/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b/>
          <w:sz w:val="18"/>
          <w:szCs w:val="18"/>
          <w:lang w:val="es-CO"/>
        </w:rPr>
      </w:pPr>
      <w:r w:rsidRPr="00C64577">
        <w:rPr>
          <w:b/>
          <w:sz w:val="18"/>
          <w:szCs w:val="18"/>
          <w:lang w:val="es-CO"/>
        </w:rPr>
        <w:t xml:space="preserve">Nombre </w:t>
      </w:r>
      <w:r w:rsidR="003C6122" w:rsidRPr="00C64577">
        <w:rPr>
          <w:b/>
          <w:sz w:val="18"/>
          <w:szCs w:val="18"/>
          <w:lang w:val="es-CO"/>
        </w:rPr>
        <w:t xml:space="preserve">estudiante: </w:t>
      </w:r>
    </w:p>
    <w:p w:rsidR="00611F3D" w:rsidRPr="00C64577" w:rsidRDefault="00611F3D" w:rsidP="00C64577">
      <w:pPr>
        <w:jc w:val="both"/>
        <w:rPr>
          <w:b/>
          <w:sz w:val="18"/>
          <w:szCs w:val="18"/>
          <w:lang w:val="es-CO"/>
        </w:rPr>
      </w:pPr>
      <w:r w:rsidRPr="00C64577">
        <w:rPr>
          <w:b/>
          <w:sz w:val="18"/>
          <w:szCs w:val="18"/>
          <w:lang w:val="es-CO"/>
        </w:rPr>
        <w:t>Grupo: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Instrucciones</w:t>
      </w:r>
    </w:p>
    <w:p w:rsidR="00237734" w:rsidRPr="00C64577" w:rsidRDefault="003C6122" w:rsidP="00C64577">
      <w:pPr>
        <w:pStyle w:val="Listaconvietas"/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Lee cuidadosamente cada punto antes de responder.</w:t>
      </w:r>
    </w:p>
    <w:p w:rsidR="00237734" w:rsidRPr="00C64577" w:rsidRDefault="003C6122" w:rsidP="00C64577">
      <w:pPr>
        <w:pStyle w:val="Listaconvietas"/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Responde con claridad y sustenta tus ideas cuando se solicite.</w:t>
      </w:r>
    </w:p>
    <w:p w:rsidR="00237734" w:rsidRDefault="003C6122" w:rsidP="00C64577">
      <w:pPr>
        <w:pStyle w:val="Listaconvietas"/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Cuida la ortografía, la redacción y la presentación.</w:t>
      </w:r>
    </w:p>
    <w:p w:rsidR="004A11B5" w:rsidRPr="004A11B5" w:rsidRDefault="004A11B5" w:rsidP="004A11B5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460971">
        <w:rPr>
          <w:rFonts w:cs="Arial"/>
          <w:sz w:val="18"/>
          <w:szCs w:val="18"/>
          <w:lang w:val="es-CO"/>
        </w:rPr>
        <w:t xml:space="preserve">En las preguntas sobre </w:t>
      </w:r>
      <w:r w:rsidRPr="00460971">
        <w:rPr>
          <w:rFonts w:cs="Arial"/>
          <w:i/>
          <w:sz w:val="18"/>
          <w:szCs w:val="18"/>
          <w:lang w:val="es-CO"/>
        </w:rPr>
        <w:t>Mil grullas</w:t>
      </w:r>
      <w:r w:rsidRPr="00460971">
        <w:rPr>
          <w:rFonts w:cs="Arial"/>
          <w:sz w:val="18"/>
          <w:szCs w:val="18"/>
          <w:lang w:val="es-CO"/>
        </w:rPr>
        <w:t>, responde a partir de la lectura del cuento.</w:t>
      </w:r>
      <w:bookmarkStart w:id="0" w:name="_GoBack"/>
      <w:bookmarkEnd w:id="0"/>
    </w:p>
    <w:p w:rsidR="00237734" w:rsidRPr="00C64577" w:rsidRDefault="003C6122" w:rsidP="00C64577">
      <w:pPr>
        <w:pStyle w:val="Listaconvietas"/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El taller es individual.</w:t>
      </w:r>
    </w:p>
    <w:p w:rsid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1. </w:t>
      </w:r>
      <w:r w:rsidR="003C6122" w:rsidRPr="00C64577">
        <w:rPr>
          <w:sz w:val="18"/>
          <w:szCs w:val="18"/>
          <w:lang w:val="es-CO"/>
        </w:rPr>
        <w:t>Lee las siguientes afirmaciones y escribe si corresponden a un estereotipo de género. Después, explica brevemente por qué.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a. “Las mujeres son mejores para cuidar niños que los hombres”.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b. “Los hombres no deberían mostrar tristeza”.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c. “Una mujer puede desempeñarse como científica, deportista o líder si así lo desea”.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d. “Los hombres deben ser quienes tomen las decisiones importantes de una familia”.</w:t>
      </w:r>
    </w:p>
    <w:p w:rsidR="00C64577" w:rsidRP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2. </w:t>
      </w:r>
      <w:r w:rsidR="003C6122" w:rsidRPr="00C64577">
        <w:rPr>
          <w:sz w:val="18"/>
          <w:szCs w:val="18"/>
          <w:lang w:val="es-CO"/>
        </w:rPr>
        <w:t>Escoge dos de las afirmaciones del punto anterior que consideres estereotipadas. Reescríbelas de manera que promuevan la igu</w:t>
      </w:r>
      <w:r w:rsidR="00C64577" w:rsidRPr="00C64577">
        <w:rPr>
          <w:sz w:val="18"/>
          <w:szCs w:val="18"/>
          <w:lang w:val="es-CO"/>
        </w:rPr>
        <w:t>aldad y no asignen capacidades a un solo género.</w:t>
      </w:r>
    </w:p>
    <w:p w:rsidR="00C64577" w:rsidRP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3.</w:t>
      </w:r>
      <w:r w:rsidR="00C64577" w:rsidRPr="00C64577">
        <w:rPr>
          <w:sz w:val="18"/>
          <w:szCs w:val="18"/>
          <w:lang w:val="es-CO"/>
        </w:rPr>
        <w:t xml:space="preserve"> </w:t>
      </w:r>
      <w:r w:rsidR="003C6122" w:rsidRPr="00C64577">
        <w:rPr>
          <w:sz w:val="18"/>
          <w:szCs w:val="18"/>
          <w:lang w:val="es-CO"/>
        </w:rPr>
        <w:t>Relaciona cada concepto con su descripción. Escribe la letra correspondiente.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___ Literatura del descubrimiento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___ Literatura de la conquista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___ Literatura de la colonia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A. Producciones vinculadas con la exploración y descripción inicial de los territorios americanos.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B. Textos relacionados con los procesos de conquista, sus protagonistas, conflictos y visiones sobre los pueblos americanos.</w:t>
      </w:r>
    </w:p>
    <w:p w:rsid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C. Producciones desarrolladas durante el período colonial, en un contexto marcado por instituciones, religión, educación y jerarquías sociales.</w:t>
      </w:r>
    </w:p>
    <w:p w:rsidR="00C64577" w:rsidRP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4. </w:t>
      </w:r>
      <w:r w:rsidR="003C6122" w:rsidRPr="00C64577">
        <w:rPr>
          <w:sz w:val="18"/>
          <w:szCs w:val="18"/>
          <w:lang w:val="es-CO"/>
        </w:rPr>
        <w:t>Lee el siguiente fragmento informativo y responde.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Durante la época colonial, las posibilidades de acceso de las mujeres a la educación y a la producción escrita estuvieron condicionadas por las normas sociales de su tiempo. A pesar de ello, algunas mujeres desarrollaron una importante obra intelectual y literaria. Entre ellas destaca Sor Juana Inés de la Cruz (Nueva España, siglo XVII), quien escribió poesía, teatro y </w:t>
      </w:r>
      <w:r w:rsidRPr="00C64577">
        <w:rPr>
          <w:sz w:val="18"/>
          <w:szCs w:val="18"/>
          <w:lang w:val="es-CO"/>
        </w:rPr>
        <w:lastRenderedPageBreak/>
        <w:t>prosa, y defendió el derecho de las mujeres al conocimiento. También existen textos y testimonios escritos por mujeres que permiten conocer experiencias femeninas y perspectivas diferentes de las voces tradicionalmente estudiadas.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¿Por qué es importante estudiar a las autoras mujeres cuando se aborda la literatura de la época colonial? Menciona dos razones.</w:t>
      </w:r>
    </w:p>
    <w:p w:rsidR="00C64577" w:rsidRP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5. </w:t>
      </w:r>
      <w:r w:rsidR="003C6122" w:rsidRPr="00C64577">
        <w:rPr>
          <w:sz w:val="18"/>
          <w:szCs w:val="18"/>
          <w:lang w:val="es-CO"/>
        </w:rPr>
        <w:t>Sor Juana Inés de la Cruz cuestionó las limitaciones impuestas a las mujeres y defendió su derecho a estudiar y escribir. Explica cómo esta posición puede relacionarse con los estereotipos de género estudiados en los puntos 1 y 2.</w:t>
      </w:r>
    </w:p>
    <w:p w:rsidR="00C64577" w:rsidRP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6. </w:t>
      </w:r>
      <w:r w:rsidR="003C6122" w:rsidRPr="00C64577">
        <w:rPr>
          <w:sz w:val="18"/>
          <w:szCs w:val="18"/>
          <w:lang w:val="es-CO"/>
        </w:rPr>
        <w:t>Completa las siguientes palabras con B o V. Luego, escoge tres y escribe una oración con cada una.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__</w:t>
      </w:r>
      <w:proofErr w:type="spellStart"/>
      <w:r w:rsidRPr="00C64577">
        <w:rPr>
          <w:sz w:val="18"/>
          <w:szCs w:val="18"/>
          <w:lang w:val="es-CO"/>
        </w:rPr>
        <w:t>iblioteca</w:t>
      </w:r>
      <w:proofErr w:type="spellEnd"/>
      <w:r w:rsidRPr="00C64577">
        <w:rPr>
          <w:sz w:val="18"/>
          <w:szCs w:val="18"/>
          <w:lang w:val="es-CO"/>
        </w:rPr>
        <w:t xml:space="preserve">  __</w:t>
      </w:r>
      <w:proofErr w:type="spellStart"/>
      <w:r w:rsidRPr="00C64577">
        <w:rPr>
          <w:sz w:val="18"/>
          <w:szCs w:val="18"/>
          <w:lang w:val="es-CO"/>
        </w:rPr>
        <w:t>iaje</w:t>
      </w:r>
      <w:proofErr w:type="spellEnd"/>
      <w:r w:rsidRPr="00C64577">
        <w:rPr>
          <w:sz w:val="18"/>
          <w:szCs w:val="18"/>
          <w:lang w:val="es-CO"/>
        </w:rPr>
        <w:t xml:space="preserve">  </w:t>
      </w:r>
      <w:proofErr w:type="spellStart"/>
      <w:r w:rsidRPr="00C64577">
        <w:rPr>
          <w:sz w:val="18"/>
          <w:szCs w:val="18"/>
          <w:lang w:val="es-CO"/>
        </w:rPr>
        <w:t>escri</w:t>
      </w:r>
      <w:proofErr w:type="spellEnd"/>
      <w:r w:rsidRPr="00C64577">
        <w:rPr>
          <w:sz w:val="18"/>
          <w:szCs w:val="18"/>
          <w:lang w:val="es-CO"/>
        </w:rPr>
        <w:t xml:space="preserve">__ir  </w:t>
      </w:r>
      <w:proofErr w:type="spellStart"/>
      <w:r w:rsidRPr="00C64577">
        <w:rPr>
          <w:sz w:val="18"/>
          <w:szCs w:val="18"/>
          <w:lang w:val="es-CO"/>
        </w:rPr>
        <w:t>her</w:t>
      </w:r>
      <w:proofErr w:type="spellEnd"/>
      <w:r w:rsidRPr="00C64577">
        <w:rPr>
          <w:sz w:val="18"/>
          <w:szCs w:val="18"/>
          <w:lang w:val="es-CO"/>
        </w:rPr>
        <w:t xml:space="preserve">__ir  </w:t>
      </w:r>
      <w:proofErr w:type="spellStart"/>
      <w:r w:rsidRPr="00C64577">
        <w:rPr>
          <w:sz w:val="18"/>
          <w:szCs w:val="18"/>
          <w:lang w:val="es-CO"/>
        </w:rPr>
        <w:t>cam</w:t>
      </w:r>
      <w:proofErr w:type="spellEnd"/>
      <w:r w:rsidRPr="00C64577">
        <w:rPr>
          <w:sz w:val="18"/>
          <w:szCs w:val="18"/>
          <w:lang w:val="es-CO"/>
        </w:rPr>
        <w:t>__</w:t>
      </w:r>
      <w:proofErr w:type="spellStart"/>
      <w:r w:rsidRPr="00C64577">
        <w:rPr>
          <w:sz w:val="18"/>
          <w:szCs w:val="18"/>
          <w:lang w:val="es-CO"/>
        </w:rPr>
        <w:t>io</w:t>
      </w:r>
      <w:proofErr w:type="spellEnd"/>
      <w:r w:rsidRPr="00C64577">
        <w:rPr>
          <w:sz w:val="18"/>
          <w:szCs w:val="18"/>
          <w:lang w:val="es-CO"/>
        </w:rPr>
        <w:t xml:space="preserve">  </w:t>
      </w:r>
      <w:proofErr w:type="spellStart"/>
      <w:r w:rsidRPr="00C64577">
        <w:rPr>
          <w:sz w:val="18"/>
          <w:szCs w:val="18"/>
          <w:lang w:val="es-CO"/>
        </w:rPr>
        <w:t>ser__ir</w:t>
      </w:r>
      <w:proofErr w:type="spellEnd"/>
      <w:r w:rsidRPr="00C64577">
        <w:rPr>
          <w:sz w:val="18"/>
          <w:szCs w:val="18"/>
          <w:lang w:val="es-CO"/>
        </w:rPr>
        <w:t xml:space="preserve">  </w:t>
      </w:r>
      <w:proofErr w:type="spellStart"/>
      <w:r w:rsidRPr="00C64577">
        <w:rPr>
          <w:sz w:val="18"/>
          <w:szCs w:val="18"/>
          <w:lang w:val="es-CO"/>
        </w:rPr>
        <w:t>nue</w:t>
      </w:r>
      <w:proofErr w:type="spellEnd"/>
      <w:r w:rsidRPr="00C64577">
        <w:rPr>
          <w:sz w:val="18"/>
          <w:szCs w:val="18"/>
          <w:lang w:val="es-CO"/>
        </w:rPr>
        <w:t>__o  ad__</w:t>
      </w:r>
      <w:proofErr w:type="spellStart"/>
      <w:r w:rsidRPr="00C64577">
        <w:rPr>
          <w:sz w:val="18"/>
          <w:szCs w:val="18"/>
          <w:lang w:val="es-CO"/>
        </w:rPr>
        <w:t>ertir</w:t>
      </w:r>
      <w:proofErr w:type="spellEnd"/>
      <w:r w:rsidRPr="00C64577">
        <w:rPr>
          <w:sz w:val="18"/>
          <w:szCs w:val="18"/>
          <w:lang w:val="es-CO"/>
        </w:rPr>
        <w:t xml:space="preserve">  </w:t>
      </w:r>
      <w:proofErr w:type="spellStart"/>
      <w:r w:rsidRPr="00C64577">
        <w:rPr>
          <w:sz w:val="18"/>
          <w:szCs w:val="18"/>
          <w:lang w:val="es-CO"/>
        </w:rPr>
        <w:t>su__ir</w:t>
      </w:r>
      <w:proofErr w:type="spellEnd"/>
      <w:r w:rsidRPr="00C64577">
        <w:rPr>
          <w:sz w:val="18"/>
          <w:szCs w:val="18"/>
          <w:lang w:val="es-CO"/>
        </w:rPr>
        <w:t xml:space="preserve">  </w:t>
      </w:r>
      <w:proofErr w:type="spellStart"/>
      <w:r w:rsidRPr="00C64577">
        <w:rPr>
          <w:sz w:val="18"/>
          <w:szCs w:val="18"/>
          <w:lang w:val="es-CO"/>
        </w:rPr>
        <w:t>posi</w:t>
      </w:r>
      <w:proofErr w:type="spellEnd"/>
      <w:r w:rsidRPr="00C64577">
        <w:rPr>
          <w:sz w:val="18"/>
          <w:szCs w:val="18"/>
          <w:lang w:val="es-CO"/>
        </w:rPr>
        <w:t>__</w:t>
      </w:r>
      <w:proofErr w:type="spellStart"/>
      <w:r w:rsidRPr="00C64577">
        <w:rPr>
          <w:sz w:val="18"/>
          <w:szCs w:val="18"/>
          <w:lang w:val="es-CO"/>
        </w:rPr>
        <w:t>ilidad</w:t>
      </w:r>
      <w:proofErr w:type="spellEnd"/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Oración 1: 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Oración 2: 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Oración 3: </w:t>
      </w:r>
    </w:p>
    <w:p w:rsidR="00C64577" w:rsidRP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7. </w:t>
      </w:r>
      <w:r w:rsidR="003C6122" w:rsidRPr="00C64577">
        <w:rPr>
          <w:sz w:val="18"/>
          <w:szCs w:val="18"/>
          <w:lang w:val="es-CO"/>
        </w:rPr>
        <w:t>Corrige las palabras que están escritas incorrectamente en el siguiente texto. Reescribe el párrafo completo</w:t>
      </w:r>
      <w:r w:rsidR="00C64577" w:rsidRPr="00C64577">
        <w:rPr>
          <w:sz w:val="18"/>
          <w:szCs w:val="18"/>
          <w:lang w:val="es-CO"/>
        </w:rPr>
        <w:t xml:space="preserve"> y corregido</w:t>
      </w:r>
      <w:r w:rsidR="003C6122" w:rsidRPr="00C64577">
        <w:rPr>
          <w:sz w:val="18"/>
          <w:szCs w:val="18"/>
          <w:lang w:val="es-CO"/>
        </w:rPr>
        <w:t>.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“La escritora </w:t>
      </w:r>
      <w:proofErr w:type="spellStart"/>
      <w:r w:rsidRPr="00C64577">
        <w:rPr>
          <w:sz w:val="18"/>
          <w:szCs w:val="18"/>
          <w:lang w:val="es-CO"/>
        </w:rPr>
        <w:t>obserbó</w:t>
      </w:r>
      <w:proofErr w:type="spellEnd"/>
      <w:r w:rsidRPr="00C64577">
        <w:rPr>
          <w:sz w:val="18"/>
          <w:szCs w:val="18"/>
          <w:lang w:val="es-CO"/>
        </w:rPr>
        <w:t xml:space="preserve"> que muchas mujeres no tenían la </w:t>
      </w:r>
      <w:proofErr w:type="spellStart"/>
      <w:r w:rsidRPr="00C64577">
        <w:rPr>
          <w:sz w:val="18"/>
          <w:szCs w:val="18"/>
          <w:lang w:val="es-CO"/>
        </w:rPr>
        <w:t>posivilidad</w:t>
      </w:r>
      <w:proofErr w:type="spellEnd"/>
      <w:r w:rsidRPr="00C64577">
        <w:rPr>
          <w:sz w:val="18"/>
          <w:szCs w:val="18"/>
          <w:lang w:val="es-CO"/>
        </w:rPr>
        <w:t xml:space="preserve"> de estudiar. Sin embargo, decidió </w:t>
      </w:r>
      <w:proofErr w:type="spellStart"/>
      <w:r w:rsidRPr="00C64577">
        <w:rPr>
          <w:sz w:val="18"/>
          <w:szCs w:val="18"/>
          <w:lang w:val="es-CO"/>
        </w:rPr>
        <w:t>escrivir</w:t>
      </w:r>
      <w:proofErr w:type="spellEnd"/>
      <w:r w:rsidRPr="00C64577">
        <w:rPr>
          <w:sz w:val="18"/>
          <w:szCs w:val="18"/>
          <w:lang w:val="es-CO"/>
        </w:rPr>
        <w:t xml:space="preserve"> y defender sus ideas. Su trabajo se </w:t>
      </w:r>
      <w:proofErr w:type="spellStart"/>
      <w:r w:rsidRPr="00C64577">
        <w:rPr>
          <w:sz w:val="18"/>
          <w:szCs w:val="18"/>
          <w:lang w:val="es-CO"/>
        </w:rPr>
        <w:t>conbirtió</w:t>
      </w:r>
      <w:proofErr w:type="spellEnd"/>
      <w:r w:rsidRPr="00C64577">
        <w:rPr>
          <w:sz w:val="18"/>
          <w:szCs w:val="18"/>
          <w:lang w:val="es-CO"/>
        </w:rPr>
        <w:t xml:space="preserve"> en una importante contribución a la literatura.”</w:t>
      </w:r>
    </w:p>
    <w:p w:rsidR="00C64577" w:rsidRP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8. </w:t>
      </w:r>
      <w:r w:rsidR="003C6122" w:rsidRPr="00C64577">
        <w:rPr>
          <w:sz w:val="18"/>
          <w:szCs w:val="18"/>
          <w:lang w:val="es-CO"/>
        </w:rPr>
        <w:t>A p</w:t>
      </w:r>
      <w:r w:rsidRPr="00C64577">
        <w:rPr>
          <w:sz w:val="18"/>
          <w:szCs w:val="18"/>
          <w:lang w:val="es-CO"/>
        </w:rPr>
        <w:t xml:space="preserve">artir de la lectura del cuento </w:t>
      </w:r>
      <w:r w:rsidRPr="00C64577">
        <w:rPr>
          <w:i/>
          <w:sz w:val="18"/>
          <w:szCs w:val="18"/>
          <w:lang w:val="es-CO"/>
        </w:rPr>
        <w:t>Mil grullas</w:t>
      </w:r>
      <w:r w:rsidR="003C6122" w:rsidRPr="00C64577">
        <w:rPr>
          <w:sz w:val="18"/>
          <w:szCs w:val="18"/>
          <w:lang w:val="es-CO"/>
        </w:rPr>
        <w:t xml:space="preserve">, de Elsa </w:t>
      </w:r>
      <w:proofErr w:type="spellStart"/>
      <w:r w:rsidR="003C6122" w:rsidRPr="00C64577">
        <w:rPr>
          <w:sz w:val="18"/>
          <w:szCs w:val="18"/>
          <w:lang w:val="es-CO"/>
        </w:rPr>
        <w:t>Bornemann</w:t>
      </w:r>
      <w:proofErr w:type="spellEnd"/>
      <w:r w:rsidR="003C6122" w:rsidRPr="00C64577">
        <w:rPr>
          <w:sz w:val="18"/>
          <w:szCs w:val="18"/>
          <w:lang w:val="es-CO"/>
        </w:rPr>
        <w:t>, responde: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a. ¿Quiénes son los personajes principales y qué relación existe entre ellos?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b. ¿Qué hecho histórico sirve como contexto del relato?</w:t>
      </w:r>
    </w:p>
    <w:p w:rsidR="00237734" w:rsidRPr="00C64577" w:rsidRDefault="003C6122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>c. ¿Qué significado adquieren las grullas dentro de la historia?</w:t>
      </w:r>
    </w:p>
    <w:p w:rsidR="00C64577" w:rsidRP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9. </w:t>
      </w:r>
      <w:r w:rsidR="003C6122" w:rsidRPr="00C64577">
        <w:rPr>
          <w:sz w:val="18"/>
          <w:szCs w:val="18"/>
          <w:lang w:val="es-CO"/>
        </w:rPr>
        <w:t>Elabora un párrafo de 6 a 8 líneas en el que expliques qué mensaje transmite el cuento sobre la amistad, el amor, la guerra o la esperanza. Incluye una idea del texto que sustente tu interpretación.</w:t>
      </w:r>
    </w:p>
    <w:p w:rsidR="00C64577" w:rsidRPr="00C64577" w:rsidRDefault="00C64577" w:rsidP="00C64577">
      <w:pPr>
        <w:jc w:val="both"/>
        <w:rPr>
          <w:sz w:val="18"/>
          <w:szCs w:val="18"/>
          <w:lang w:val="es-CO"/>
        </w:rPr>
      </w:pPr>
    </w:p>
    <w:p w:rsidR="00237734" w:rsidRPr="00C64577" w:rsidRDefault="00611F3D" w:rsidP="00C64577">
      <w:pPr>
        <w:jc w:val="both"/>
        <w:rPr>
          <w:sz w:val="18"/>
          <w:szCs w:val="18"/>
          <w:lang w:val="es-CO"/>
        </w:rPr>
      </w:pPr>
      <w:r w:rsidRPr="00C64577">
        <w:rPr>
          <w:sz w:val="18"/>
          <w:szCs w:val="18"/>
          <w:lang w:val="es-CO"/>
        </w:rPr>
        <w:t xml:space="preserve">10. </w:t>
      </w:r>
      <w:r w:rsidR="003C6122" w:rsidRPr="00C64577">
        <w:rPr>
          <w:sz w:val="18"/>
          <w:szCs w:val="18"/>
          <w:lang w:val="es-CO"/>
        </w:rPr>
        <w:t>Escribe un texto de 8 a 10 líneas que relacione dos de los siguientes temas: estereotipos de género, autoras de la literatura coloni</w:t>
      </w:r>
      <w:r w:rsidR="00C64577" w:rsidRPr="00C64577">
        <w:rPr>
          <w:sz w:val="18"/>
          <w:szCs w:val="18"/>
          <w:lang w:val="es-CO"/>
        </w:rPr>
        <w:t xml:space="preserve">al, uso de B y V y </w:t>
      </w:r>
      <w:r w:rsidR="00C64577" w:rsidRPr="00167C4C">
        <w:rPr>
          <w:i/>
          <w:sz w:val="18"/>
          <w:szCs w:val="18"/>
          <w:lang w:val="es-CO"/>
        </w:rPr>
        <w:t>Mil grullas</w:t>
      </w:r>
      <w:r w:rsidR="003C6122" w:rsidRPr="00C64577">
        <w:rPr>
          <w:sz w:val="18"/>
          <w:szCs w:val="18"/>
          <w:lang w:val="es-CO"/>
        </w:rPr>
        <w:t>. Tu texto debe presentar una idea central clara, al menos un argumento y buena ortografía.</w:t>
      </w:r>
    </w:p>
    <w:sectPr w:rsidR="00237734" w:rsidRPr="00C64577" w:rsidSect="00611F3D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515" w:rsidRDefault="003F5515" w:rsidP="00611F3D">
      <w:pPr>
        <w:spacing w:after="0" w:line="240" w:lineRule="auto"/>
      </w:pPr>
      <w:r>
        <w:separator/>
      </w:r>
    </w:p>
  </w:endnote>
  <w:endnote w:type="continuationSeparator" w:id="0">
    <w:p w:rsidR="003F5515" w:rsidRDefault="003F5515" w:rsidP="00611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515" w:rsidRDefault="003F5515" w:rsidP="00611F3D">
      <w:pPr>
        <w:spacing w:after="0" w:line="240" w:lineRule="auto"/>
      </w:pPr>
      <w:r>
        <w:separator/>
      </w:r>
    </w:p>
  </w:footnote>
  <w:footnote w:type="continuationSeparator" w:id="0">
    <w:p w:rsidR="003F5515" w:rsidRDefault="003F5515" w:rsidP="00611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F3D" w:rsidRDefault="00611F3D" w:rsidP="00611F3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7C4C"/>
    <w:rsid w:val="00237734"/>
    <w:rsid w:val="0029639D"/>
    <w:rsid w:val="00326F90"/>
    <w:rsid w:val="003C6122"/>
    <w:rsid w:val="003F5515"/>
    <w:rsid w:val="004A11B5"/>
    <w:rsid w:val="00553567"/>
    <w:rsid w:val="00611F3D"/>
    <w:rsid w:val="009867E3"/>
    <w:rsid w:val="00AA1D8D"/>
    <w:rsid w:val="00B47730"/>
    <w:rsid w:val="00C6457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F0BE622-36DF-4FBD-9A85-C449D02F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E4D2B2-5110-4C17-A7AE-8CCDB1DB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600</Words>
  <Characters>3306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Estudiante</cp:lastModifiedBy>
  <cp:revision>5</cp:revision>
  <dcterms:created xsi:type="dcterms:W3CDTF">2026-09-18T16:59:00Z</dcterms:created>
  <dcterms:modified xsi:type="dcterms:W3CDTF">2026-09-18T17:37:00Z</dcterms:modified>
  <cp:category/>
</cp:coreProperties>
</file>